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الديني في رواية أرض السافلين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مزنر عزيزة/ بوحلوفة هيام/ بن جدو حياة/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800367111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