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الطبيعية والإجتماعية في المجموعة القصصية بحيرة الزيتون لأبي العيد دودو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غديرة أصيلة/ أميرة أورزيفي/ بلدي صفاء/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