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رواية سأهجرك كما هجرك أبي لديرا و داتسيدا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بوالنعمة إيمان/ بوطرنيخ سمية/ حمري عفاف/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800367811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