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الوصف في رواية أنا وحاييم 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كروش إيمان/ بوجعطاط حسناء/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800368611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