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الحريم والسرد في رواية ظل الأفعى ليوسف زيدان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جريبع مريم/ خالد خولة/ سليوة حميدة(مشرفا)/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144ص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800369311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