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بنيات الأسلوب في ديوان ياطائر الأيك لأماني حاتم  بسيسو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درع عاشور عزيزة/ شريط إيمان/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