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في" رواية قبل البدء حتى..."لمحمد بورحلة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مزهود اسيا/ بدرون أميرة/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800373411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