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 حفاة على الجمر لأحمد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بولدياب سارة/ بوطواطو أميرة/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