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سلالم ترولار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مطمط نسرين/ بولقصب ياسمينة/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800391111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