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رحلة الأغواطي الحاج بن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بولقماح إخلاص/ يونسي آمنة/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