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المنحى الجمالي للصورة الأدبية في شعر الزهد والحكمة لأبي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عربيد قتيبة/ ناموس نسيبة/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800376411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