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الدليل النحوي لإعلاميين لفاتح مرزوق دراسة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بوالقرعة خديجة/ عيادي جهينة/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