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الوضع في المصطلح الرياضي كتاب لغة الرياضيات لمحمد سويسي -دراسة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بوغديد حياة/ بوغديد روميسة/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