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الأمثال الشعبية في منطقة باينان -دراسة بلاغية-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قريبع مليكة/ حركاتي إيمان/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