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البلاغي في طبقة المذهبات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لعلالي خديجة/ غيشي فطيمة/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800385411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