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التغيرات في المصطلحات الصوتية قراءة في الكتاب لسيبويه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نموشي رقية/ ضيف رضوان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800385611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