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المقومات الأسلوبية في قصيدة -غار مثل النجم منخلف البحور- لمبارك جلواح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مرداس يسرى/ بولحبال شهرة/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