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التطبيقي ودوره في تسيير قواعد النحو العربي كتاب النحو التطبيقي خالد عبد العزيز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جعبوب نبيلة/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800387111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