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الإنزياح في مقام البوح لعبد الله العشي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قاجوج كنزة/ بن عسكر نجود/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