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تطبيقات الإنشاء في السنة الاولى متوسط دراسة وظيفية نصية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بلمهبول سهام/ زعباط حنان/ جغرود محمد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62ص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800388111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