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تعذر الأداء النطقي عند الأطفال دراسة في ضوء اللسانيات البيولوجية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قاع الكاف رشا/ حد مسعود كاتيا/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800388211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