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عوائق تعليم التربية العلمية في مرحلة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خديجة/ خنيو شهيناز/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