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أصالة النظام الالفبائي للغة العربية -خصائص الحروف الكتابية دراسة وصفية-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بونعاس يسرى/ زيان إشراق/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800389611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