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معلقة المصير لمفدي زكرياء-دراسة صوتية-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دفوس بشرى/ سيني سارة/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