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l'évolution des coronavirus et l'apparition de nouveaux variants Covid-19 et Covid-20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Boulguemah Fadhila/ Djebli Asma/ Boutaria Imane/ Bakli S.(Président).Kehili Houssem eddine.  ( Promoteur).Lalaoui M(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