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l'emprunt français dans les blagues algérinnes sur le réseau social tntagram  cas de la page blagues dz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Benkouiten Lamia/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