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Modèles et méthodes stochastiques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Pierre Del Moral/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1.éd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Springer/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487p.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9783642546150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