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roit des contrats publ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ois Lich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4718968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