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roit du travail 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sa Pesk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4720588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