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Philosophie du droit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Benoit Frydman/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9782247087914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