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من منظور اللسانيات التداولية دراسة في قصة الخمسة في معقل المهربين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كعبوش سلمى/ بن حومار رجاء/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