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التوهم واللحن في كلام العوام في مصنف التنبيه على غلط الجاهل والنبيه لابن كمال باشا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قسيطة نسرين/ عبيد جميلة (مشرفا)/ بومناخ فطيمة/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