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التربية التحضيرية بين القطاعين العام والخاص في التحصيل اللغوي لتلاميذ السنة أولى ابتدائي-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لوصيف سارة/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