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المواد اللغوية في قسم اللغة و الأدب العربي بالمركز الجامعي عبد الحفيظ بوالصوف ميلة مقياس اللسانيات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بن سي علي/ منال مرحوم/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