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البراغماتية في اللوحات الإشهارية المتعامل ooredoo نماذج مختار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قعسيس زيدان/ بونعاس رضوان/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