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صغيري فريال/ حنصالي ملاك/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