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الضوء الازرق لحسين البرغوتي 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نجاة/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