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عازف الموندولين لياسين بودراع نوري دراسىة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بوحلي نسرين/ معمر فريال/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