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تشظي الهوية في رواية مرآة الروح لنبيلة عبودي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بخروري كنزة/ سليخ يسرى/ بوجرة سميرة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800416311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