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التصوير الفني للمجموعة القصصية تداعيات رجل ايل للسقوط لرابح الأطرش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بوميسة أسماء/ عميور هدى/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