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الوعي بالواقع الاجتماعي في قصة "ويبرع الرفض" لادريس بوذيبة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العيون دليلة/ طبيش سهام/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algérienne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800418611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