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العنوان في المجموعة القصصية القصيرة جدا "جلالة عبد الجيب " السعيد بوطاجين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بوقطاية وئام/ موراس يسرى/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algérienne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