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الهوية في رواية "اعشاب القلب ليست سوداء " لنعيمة معمري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ندى/ بوميسة بسمة/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