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الوصف في شعر أوس  بن حجر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بلطوم حسان/ غسمون عبد الهادي/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