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حكايات ألف ليلة وليلة قصة" الأحدب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قون منال/ مجاني إيهاب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