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"موتك للأسى ميلاد" لابن خفاجة الأندلسي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بوراس جنات/ شحدان اسمهان/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