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أذلَّ الحرصُ والطمعُ الرقابا" لأبي العتاهية دراسة بلاغية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زجاج صونية/ بومعالي وداد/ سطوف عزوز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ancienne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800421411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