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عقد توريد التجهيزات الألية والتصميم والبناء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9789777294010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