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المنهجية وفلسفة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9789961006511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