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lait et ses dériv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dala Naz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27103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